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שינויים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״שינויים״ בספרייה: מורה מחליף או מחליפה، חדשים בכיתה، כשהתוכנית משתנה، עוברים דירה.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״מורה מחליף או מחליפה״?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היום מבוגר אחר מלמד אותנו.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(״מורה מחליף או מחליפה״) היום ____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מבוגר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״חדשים בכיתה״?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זה בסדר להרגיש מתרגש/ת.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(״חדשים בכיתה״) זה בסדר ____ מתרגש/ת.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להרים יד ולשאול.״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״מורה מחליף או מחליפה״.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א → ג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לפעמים מי שמלמד אותנו לא כאן היום.، היום מבוגר אחר מלמד אותנו. | נקודת מבט: גם המבוגר החדש רוצה יום טוב.، הילדים סקרנים להכיר אותי. | מה אני יכול/ה לנסות: אני יכול/ה להרים יד ולשאול.، אני אומר/ת שלום ואת השם שלי. | חיזוק: הצלחתי ללמוד גם עם מבוגר אחר.، לאט לאט זאת הכיתה שלי.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״מורה מחליף או מחליפה״: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להקשיב, להרים יד כשיש לי שאלה, ולהסתכל על לוח היום בכיתה.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(״מורה מחליף או מחליפה״ / ״חדשים בכיתה״ / ״כשהתוכנית משתנה״ / ״עוברים דירה״):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שינויים"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🔄 סיפורים חברתיים: שינויים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מבוגר   ·   להרגיש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״מורה מחליף או מחליפה״?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היום מבוגר אחר מלמד אותנו.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במרפאה מחכים לתור.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(״מורה מחליף או מחליפה״) היום _______________ אחר מלמד אותנו.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״חדשים בכיתה״?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זה בסדר להרגיש מתרגש/ת.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בכל ערב מדליקים עוד נר.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(״חדשים בכיתה״) זה בסדר _______________ מתרגש/ת.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יכול/ה להרים יד ולשאול.״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״מורה מחליף או מחליפה״.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גם המבוגר החדש רוצה יום 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היום מבוגר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החברים שלי והכיסא שלי כאן.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לפעמים מי שמלמד אותנו לא כאן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הצלחתי ללמוד גם עם מבוגר אחר.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גם המבוגר החדש רוצה יום טוב.   ·   לפעמים מי שמלמד אותנו לא כאן היום.   ·   הילדים סקרנים להכיר אותי.   ·   אני אומר/ת שלום ואת השם שלי.   ·   אני יכול/ה להרים יד ולשאול.   ·   היום מבוגר אחר מלמד אותנו.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״מורה מחליף או מחליפה״: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(״מורה מחליף או מחליפה״ / ״חדשים בכיתה״ / ״כשהתוכנית משתנה״ / ״עוברים דירה״):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שינויים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