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שינויים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״שינויים״ בספרייה: מורה מחליף או מחליפה، חדשים בכיתה، כשהתוכנית משתנה، עוברים דירה.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״מורה מחליף או מחליפה״?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היום מבוגר אחר מלמד אותנו.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(״מורה מחליף או מחליפה״) היום ____ אחר מלמד אותנו.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מבוגר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״חדשים בכיתה״?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זה בסדר להרגיש מתרגש/ת.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(״חדשים בכיתה״) זה בסדר ____ מתרגש/ת.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״כשהתוכנית משתנה״?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זה בסדר להרגיש מאוכזב/ת.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(״כשהתוכנית משתנה״) זה בסדר ____ מאוכזב/ת.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״עוברים דירה״?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אני גם נרגש/ת וגם עצוב/ה.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(״עוברים דירה״) אבא שמח ____ מספר/ת 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להרים יד ולשאול.״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״הצלחתי ללמוד גם עם מבוגר אחר.״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״מורה מחליף או מחליפה״.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ה → ד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״חדשים בכיתה״.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ד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״כשהתוכנית משתנה״.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ד → ה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לפעמים מי שמלמד אותנו לא כאן היום.، היום מבוגר אחר מלמד אותנו. | נקודת מבט: גם המבוגר החדש רוצה יום טוב.، הילדים סקרנים להכיר אותי. | מה אני יכול/ה לנסות: אני יכול/ה להרים יד ולשאול.، אני אומר/ת שלום ואת השם שלי. | חיזוק: הצלחתי ללמוד גם עם מבוגר אחר.، לאט לאט זאת הכיתה שלי.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״מורה מחליף או מחליפה״: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לנסות להקשיב, להרים יד כשיש לי שאלה, ולהסתכל על לוח היום בכיתה.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״עוברים דירה״?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(״מורה מחליף או מחליפה״ / ״חדשים בכיתה״ / ״כשהתוכנית משתנה״ / ״עוברים דירה״):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שינויים"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🔄 סיפורים חברתיים: שינויים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״מורה מחליף או מחליפה״?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היום מבוגר אחר מלמד אותנו.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במרפאה 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(״מורה מחליף או מחליפה״) היום _______________ אחר מלמד אותנו.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״חדשים בכיתה״?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זה בסדר להרגיש מתרגש/ת.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בכל ערב מדליקים עוד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(״חדשים בכיתה״) זה בסדר _______________ מתרגש/ת.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״כשהתוכנית משתנה״?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בכל ערב מדליקים עוד נר.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בסדר להרגיש מאוכזב/ת.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אולי דחפתי או אמרתי מילה פוגעת.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(״כשהתוכנית משתנה״) זה בסדר _______________ מאוכזב/ת.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״עוברים דירה״?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מתמתח/ת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גם נרגש/ת וגם עצוב/ה.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(״עוברים דירה״) אבא שמח _______________ מספר/ת 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יכול/ה להרים יד ולשאול.״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״הצלחתי ללמוד גם עם מבוגר אחר.״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״מורה מחליף או מחליפה״.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מי שמלמד אותנו לא כאן היום.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הצלחתי ללמוד גם עם מבוגר אחר.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החברים שלי והכיסא שלי כאן.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המבוגר החדש רוצה יום טוב.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היום מבוגר אחר מלמד אותנו.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סדרו את המשפטים לפי הסדר בסיפור ״חדשים בכיתה״.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שלום ואת השם שלי.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שמחים שהגעתי.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 בסדר להרגיש מתרגש/ת.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הילדים סקרנים להכיר אותי.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הכול כאן חדש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״כשהתוכנית משתנה״.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התוכנית משתנה.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הסתדרתי עם השינוי, ואני גא/ה!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תוכנית חדשה יכולה להיות טובה.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 בסדר להרגיש מאוכזב/ת.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 לעשות את זה ביום אחר.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לאט לאט זאת הכיתה שלי.   ·   הילדים סקרנים להכיר אותי.   ·   היום מבוגר אחר מלמד אותנו.   ·   הצלחתי ללמוד גם עם מבוגר אחר.   ·   גם המבוגר החדש רוצה יום טוב.   ·   לפעמים מי שמלמד אותנו לא כאן היום.   ·   אני אומר/ת שלום ואת השם שלי.   ·   אני יכול/ה להרים יד ולשאול.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מורה מחליף או מחליפה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שואל/ת: מה התוכנית החדשה?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חדשים בכיתה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שלום ואת השם שלי.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כשהתוכנית משתנה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שלום לבית הישן.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עוברים דירה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להרים יד ולשאול.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בסיפור ״מורה מחליף או מחליפה״: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איך אתם מרגישים כשקורה מצב כמו בסיפור ״עוברים דירה״?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כתבו עמוד חדש לאחד הסיפורים (״מורה מחליף או מחליפה״ / ״חדשים בכיתה״ / ״כשהתוכנית משתנה״ / ״עוברים דירה״):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שינויים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