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בריאות וגוף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״בריאות וגוף״ בספרייה: ביקור אצל רופא השיניים، ביקור אצל הרופא، הולכים להסתפר، שוטפים ידיים، ארוחת עשר וטעמים חדשים.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״ביקור אצל רופא השיניים״?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פותח/ת פה גדול.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(״ביקור אצל רופא השיניים״) אני פותח/ת פה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״ביקור אצל הרופא״?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בודקים אותי בעדינות.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(״ביקור אצל הרופא״) בודקים אותי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בעדינות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מרים/מרימה יד כשאני צריך/צריכה הפסקה.״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״ביקור אצל רופא השיניים״.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ד → ג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יושב/ת בכיסא מיוחד.، אני פותח/ת פה גדול. | נקודת מבט: הצוות עוזר לשיניים שלי להיות חזקות.، הרופאים רוצים שאהיה בריא/ה. | מה אני יכול/ה לנסות: אני מרים/מרימה יד כשאני צריך/צריכה הפסקה.، אני מחזיק/ה יד ונושם/ונושמת לאט. | חיזוק: אני גא/ה בשיניים שלי!، סיימנו, והייתי אמיץ/אמיצה!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״ביקור אצל רופא השיניים״: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לנסות להרים יד כשאני צריך/צריכה הפסקה, להחזיק צעצוע רך ולנשום דרך האף.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(״ביקור אצל רופא השיניים״ / ״ביקור אצל הרופא״ / ״הולכים להסתפר״ / ״שוטפים ידיים״ / ״ארוחת עשר וטעמים חדשים״):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בריאות וגוף"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🩺 סיפורים חברתיים: בריאות וגוף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גדול   ·   בעדינות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״ביקור אצל רופא השיניים״?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פותח/ת פה גדול.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לפעמים מי שמלמד אותנו לא כאן היום.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אני מכין/מכינה תיק עם מים וכובע.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(״ביקור אצל רופא השיניים״) אני פותח/ת פה _______________.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״ביקור אצל הרופא״?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בודקים אותי בעדינות.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(״ביקור אצל הרופא״) בודקים אותי _______________.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מרים/מרימה יד כשאני צריך/צריכה הפסקה.״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״ביקור אצל רופא השיניים״.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בבית אני מצחצח/ת שיניים כל יום.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גא/ה בשיניים שלי!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מרים/מרימה יד כשאני צריך/צריכה הפסקה.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פותח/ת פה גדול.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יושב/ת בכיסא מיוחד.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אני מרים/מרימה יד כשאני צריך/צריכה הפסקה.   ·   אני יושב/ת בכיסא מיוחד.   ·   הרופאים רוצים שאהיה בריא/ה.   ·   אני פותח/ת פה גדול.   ·   הצוות עוזר לשיניים שלי להיות חזקות.   ·   אני מחזיק/ה יד ונושם/ונושמת לאט.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״ביקור אצל רופא השיניים״: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(״ביקור אצל רופא השיניים״ / ״ביקור אצל הרופא״ / ״הולכים להסתפר״ / ״שוטפים ידיים״ / ״ארוחת עשר וטעמים חדשים״):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בריאות וגוף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