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סיפורים חברתיים: בריאות וגוף (עולים)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 לסיפורי הנושא ״בריאות וגוף״ בספרייה: ביקור אצל רופא השיניים، ביקור אצל הרופא، הולכים להסתפר، שוטפים ידיים، ארוחת עשר וטעמים חדשים. קוראים יחד את הסיפור באתר (אפשר בהקראה ובגרסה הקצרה), ואז עונים: מה כתוב בסיפור, מסדרים את רצף האירועים, ממיינים סוגי משפטים וכותבים עמוד חדש.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עולים: גרסת עולים: מילון מילים בראש הדף, הוראות קצרות בעברית פשוטה, מחסן מילים להשלמות. מומלץ לעבוד בזוגות ולאפשר שימוש במילון.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כתוב בסיפור ״ביקור אצל רופא השיניים״?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אני פותח/ת פה גדול.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(״ביקור אצל רופא השיניים״) אני פותח/ת פה ____.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גדול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כתוב בסיפור ״ביקור אצל הרופא״?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בודקים אותי בעדינות.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(״ביקור אצל הרופא״) בודקים אותי ____.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בעדינות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כתוב בסיפור ״הולכים להסתפר״?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שמים עליי סינר גדול.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(״הולכים להסתפר״) ____ עליי סינר גדול.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כתוב בסיפור ״שוטפים ידיים״?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אני מרטיב/ה ידיים ושם/שמה סבון.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(״שוטפים ידיים״) אני מרטיב/ה ____ ושם/שמה סבון.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ידיים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כתוב בסיפור ״ארוחת עשר וטעמים חדשים״?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טעם חדש מרגיש לי מוזר לפעמים.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(״ארוחת עשר וטעמים חדשים״) טעם חדש מרגיש לי מוזר ____.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לפעמים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״אני מרים/מרימה יד כשאני צריך/צריכה הפסקה.״ מלמד מה אני יכול/ה לנסות לעשות.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״אני גא/ה בשיניים שלי!״ מתאר מה אחרים חושבים.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משפט מחזק – הוא אומר משהו טוב ונכון עליי.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המשפטים לפי הסדר בסיפור ״ביקור אצל רופא השיניים״.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ה → ד → א → ב → 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את המשפטים לפי סוג המשפט.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תיאור: אני יושב/ת בכיסא מיוחד.، אני פותח/ת פה גדול. | נקודת מבט: הצוות עוזר לשיניים שלי להיות חזקות.، הרופאים רוצים שאהיה בריא/ה. | מה אני יכול/ה לנסות: אני מרים/מרימה יד כשאני צריך/צריכה הפסקה.، אני מחזיק/ה יד ונושם/ונושמת לאט. | חיזוק: אני גא/ה בשיניים שלי!، סיימנו, והייתי אמיץ/אמיצה!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כל סיפור למשפט ״מה אני יכול/ה לנסות״ שלו.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1–ב, 2–ה, 3–ג, 4–ד, 5–א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אפשר לעשות במצב של ״ביקור אצל רופא השיניים״? כתבו או ציירו.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יכול/ה לנסות להרים יד כשאני צריך/צריכה הפסקה, להחזיק צעצוע רך ולנשום דרך האף.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3 משפטים חדשים לסיפור: מה קורה, מה אחרים מרגישים, מה אני יכול/ה לנסות.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שלושה סוגי משפטים, בגוף ראשון, בשפה רגועה וחיובית, בלי ״אסור״ ו״חייב״.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תשובה אישית; לחזק כל ניסיון.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"סיפורים חברתיים: בריאות וגוף"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🩺 סיפורים חברתיים: בריאות וגוף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🌍 עולים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📖 מילים שכדאי לדעת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בעברית קלה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English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לפעמים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תמיד, רק בחלק מהזמן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sometimes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בדרך כלל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רוב הפעמים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usually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להרגיש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בלב: שמחה, פחד, כעס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feel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לנסות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לעשות משהו כדי לראות אם זה עוזר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try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לבקש עזרה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להגיד למבוגר שאני צריך/ה עזרה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ask for help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להירגע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לנשום ולהיות שוב רגוע/ה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calm down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לחכות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להישאר עד שמגיע התור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wait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בסדר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טוב, אין בעיה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okay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את הסיפור. סמנו.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בעדינות   ·   גדול   ·   שמים   ·   לפעמים   ·   ידיים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כתוב בסיפור ״ביקור אצל רופא השיניים״?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אני פותח/ת פה גדול.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לפעמים מי שמלמד אותנו לא כאן היום.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אני מכין/מכינה תיק עם מים וכובע.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לפעמים אני רוצה לענות מיד.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(״ביקור אצל רופא השיניים״) אני פותח/ת פה _______________.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כתוב בסיפור ״ביקור אצל הרופא״?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הגוף שלי מרגיש שיש יותר מדי.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בודקים אותי בעדינות.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אחרי כל פעילות מגיעה פעילות חדשה.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אמא מלווה אותי עד השער.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(״ביקור אצל הרופא״) בודקים אותי _______________.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מה כתוב בסיפור ״הולכים להסתפר״?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כולם הולכים לשירותים, זה טבעי.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אחרי כל פעילות מגיעה פעילות חדשה.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שמים עליי סינר גדול.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אני משאיר/ה מרחק של יד.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(״הולכים להסתפר״) _______________ עליי סינר גדול.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מה כתוב בסיפור ״שוטפים ידיים״?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אמא מלווה אותי עד השער.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אני משאיר/ה מרחק של יד.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לפעמים משהו לא מצליח לי.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אני מרטיב/ה ידיים ושם/שמה סבון.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(״שוטפים ידיים״) אני מרטיב/ה _______________ ושם/שמה סבון.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9. מה כתוב בסיפור ״ארוחת עשר וטעמים חדשים״?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טעם חדש מרגיש לי מוזר לפעמים.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בכל ערב מדליקים עוד נר.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אחרי כל פעילות מגיעה פעילות חדשה.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הגוף שלי מרגיש שיש יותר מדי.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(״ארוחת עשר וטעמים חדשים״) טעם חדש מרגיש לי מוזר _______________.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המשפט ״אני מרים/מרימה יד כשאני צריך/צריכה הפסקה.״ מלמד מה אני יכול/ה לנסות לעשות.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המשפט ״אני גא/ה בשיניים שלי!״ מתאר מה אחרים חושבים.      ◯ נכון   ◯ לא נכון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סדר וסוגי משפטים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מספרים לפי הסדר.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13. סדרו את המשפטים לפי הסדר בסיפור ״ביקור אצל רופא השיניים״.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מרים/מרימה יד כשאני צריך/צריכה הפסקה.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בבית אני מצחצח/ת שיניים כל יום.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גא/ה בשיניים שלי!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פותח/ת פה גדול.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יושב/ת בכיסא מיוחד.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14. מיינו את המשפטים לפי סוג המשפט.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אני מרים/מרימה יד כשאני צריך/צריכה הפסקה.   ·   הצוות עוזר לשיניים שלי להיות חזקות.   ·   הרופאים רוצים שאהיה בריא/ה.   ·   סיימנו, והייתי אמיץ/אמיצה!   ·   אני יושב/ת בכיסא מיוחד.   ·   אני גא/ה בשיניים שלי!   ·   אני פותח/ת פה גדול.   ·   אני מחזיק/ה יד ונושם/ונושמת לאט.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תיאור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נקודת מבט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אני יכול/ה לנסות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חיזוק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15. התאימו כל סיפור למשפט ״מה אני יכול/ה לנסות״ שלו.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🦷 ביקור אצל רופא השיניים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קודם אני מסתכל/ת ומריח/ה.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🩺 ביקור אצל הרופא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מרים/מרימה יד כשאני צריך/צריכה הפסקה.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💇 הולכים להסתפר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יושב/ת בשקט וסופר/ת עד עשר.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🧼 שוטפים ידיים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יכול/ה לבקש עזרה עם המים.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🥪 ארוחת עשר וטעמים חדשים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מחזיק/ה יד ונושם/ונושמת לאט.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אני והסיפור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או ציירו.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16. מה אפשר לעשות במצב של ״ביקור אצל רופא השיניים״? כתבו או ציירו.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17. כתבו 3 משפטים חדשים לסיפור: מה קורה, מה אחרים מרגישים, מה אני יכול/ה לנסות.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משפט אחד מהסיפור שעוזר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דבר אחד שאנסה לעשות: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איך אני מרגיש/ה עכשיו? 😊 😐 😟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סיפורים חברתיים: בריאות וגוף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