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בריאות וגוף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״בריאות וגוף״ בספרייה: ביקור אצל רופא השיניים، ביקור אצל הרופא، הולכים להסתפר، שוטפים ידיים، ארוחת עשר וטעמים חדשים.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״ביקור אצל רופא השיניים״?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פותח/ת פה גדול.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(״ביקור אצל רופא השיניים״) אני פותח/ת פה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גדול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״ביקור אצל הרופא״?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בודקים אותי בעדינות.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(״ביקור אצל הרופא״) בודקים אותי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בעדינות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״הולכים להסתפר״?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שמים עליי סינר גדול.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(״הולכים להסתפר״) ____ עליי סינר גדול.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״שוטפים ידיים״?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אני מרטיב/ה ידיים ושם/שמה סבון.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(״שוטפים ידיים״) אני מרטיב/ה ____ ושם/שמה סבון.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״ארוחת עשר וטעמים חדשים״?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טעם חדש מרגיש לי מוזר לפעמים.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(״ארוחת עשר וטעמים חדשים״) טעם חדש מרגיש לי מוזר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מרים/מרימה יד כשאני צריך/צריכה הפסקה.״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גא/ה בשיניים שלי!״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״ביקור אצל רופא השיניים״.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א → ג → ב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״ביקור אצל הרופא״.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ד → ה → א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״הולכים להסתפר״.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ד → ב → א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אני יושב/ת בכיסא מיוחד.، אני פותח/ת פה גדול. | נקודת מבט: הצוות עוזר לשיניים שלי להיות חזקות.، הרופאים רוצים שאהיה בריא/ה. | מה אני יכול/ה לנסות: אני מרים/מרימה יד כשאני צריך/צריכה הפסקה.، אני מחזיק/ה יד ונושם/ונושמת לאט. | חיזוק: אני גא/ה בשיניים שלי!، סיימנו, והייתי אמיץ/אמיצה!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2–ה, 3–ב, 4–ג,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״ביקור אצל רופא השיניים״: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לנסות להרים יד כשאני צריך/צריכה הפסקה, להחזיק צעצוע רך ולנשום דרך האף.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אתם מרגישים כשקורה מצב כמו בסיפור ״ארוחת עשר וטעמים חדשים״? כתבו או ציירו פרצוף.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לקבל כל רגש ולשאול מה עוזר.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(״ביקור אצל רופא השיניים״ / ״ביקור אצל הרופא״ / ״הולכים להסתפר״ / ״שוטפים ידיים״ / ״ארוחת עשר וטעמים חדשים״):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בריאות וגוף"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🩺 סיפורים חברתיים: בריאות וגוף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הסיפורים באתר וענו.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משפט מופיע בסיפור ״ביקור אצל רופא השיניים״?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פותח/ת פה גדול.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לפעמים מי שמלמד אותנו לא כאן היום.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מכין/מכינה תיק עם מים וכובע.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אני רוצה לענות מיד.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(״ביקור אצל רופא השיניים״) אני פותח/ת פה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מופיע בסיפור ״ביקור אצל הרופא״?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הגוף שלי מרגיש שיש יותר מדי.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בודקים אותי בעדינות.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(״ביקור אצל הרופא״) בודקים אותי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משפט מופיע בסיפור ״הולכים להסתפר״?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שמים עליי סינר גדול.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(״הולכים להסתפר״) _______________ עליי סינר גדול.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משפט מופיע בסיפור ״שוטפים ידיים״?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לפעמים משהו לא מצליח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מרטיב/ה ידיים ושם/שמה סבון.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(״שוטפים ידיים״) אני מרטיב/ה _______________ ושם/שמה סבון.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איזה משפט מופיע בסיפור ״ארוחת עשר וטעמים חדשים״?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טעם חדש מרגיש לי מוזר לפעמים.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בכל ערב מדליקים עוד נר.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הגוף שלי מרגיש שיש יותר מדי.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(״ארוחת עשר וטעמים חדשים״) טעם חדש מרגיש לי מוזר _______________.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המשפט ״אני מרים/מרימה יד כשאני צריך/צריכה הפסקה.״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המשפט ״אני גא/ה בשיניים שלי!״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מיינו והתאימו.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סדרו את המשפטים לפי הסדר בסיפור ״ביקור אצל רופא השיניים״.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פותח/ת פה גדול.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בבית אני מצחצח/ת שיניים כל 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כשאני צריך/צריכה הפסקה.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גא/ה בשיניים שלי!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יושב/ת בכיסא מיוחד.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סדרו את המשפטים לפי הסדר בסיפור ״ביקור אצל הרופא״.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מקבלים תרופה או מדבקה.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סיימנו, והייתי אמיץ/אמיצה!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בודקים אותי בעדינות.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הבדיקה נגמרת מהר.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מחזיק/ה יד ונושם/ונושמת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סדרו את המשפטים לפי הסדר בסיפור ״הולכים להסתפר״.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שערות קטנות מדגדגות, וזה עובר.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השיער לא כואב כשגוזרים אותו.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אנחנו הולכים למספרה.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שמים עליי סינר גדול.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במספרה רוצים שאהיה מרוצה.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הרופאים רוצים שאהיה בריא/ה.   ·   הצוות עוזר לשיניים שלי להיות חזקות.   ·   סיימנו, והייתי אמיץ/אמיצה!   ·   אני פותח/ת פה גדול.   ·   אני מחזיק/ה יד ונושם/ונושמת לאט.   ·   אני מרים/מרימה יד כשאני צריך/צריכה הפסקה.   ·   אני גא/ה בשיניים שלי!   ·   אני יושב/ת בכיסא מיוחד.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🦷 ביקור אצל רופא השיניים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כשאני צריך/צריכה הפסקה.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🩺 ביקור אצל הרופא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יושב/ת בשקט וסופר/ת עד עשר.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💇 הולכים להסתפר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לבקש עזרה עם המים.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🧼 שוטפים ידיים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קודם אני מסתכל/ת ומריח/ה.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🥪 ארוחת עשר וטעמים חדשים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מחזיק/ה יד ונושם/ונושמת לאט.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בסיפור ״ביקור אצל רופא השיניים״: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19. איך אתם מרגישים כשקורה מצב כמו בסיפור ״ארוחת עשר וטעמים חדשים״? כתבו או ציירו פרצוף.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20. כתבו עמוד חדש לאחד הסיפורים (״ביקור אצל רופא השיניים״ / ״ביקור אצל הרופא״ / ״הולכים להסתפר״ / ״שוטפים ידיים״ / ״ארוחת עשר וטעמים חדשים״):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בריאות וגוף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